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666FD8" w14:textId="77777777" w:rsidR="001674F7" w:rsidRPr="002E4283" w:rsidRDefault="00000000">
      <w:pPr>
        <w:spacing w:after="100"/>
        <w:rPr>
          <w:sz w:val="22"/>
          <w:szCs w:val="21"/>
        </w:rPr>
      </w:pPr>
      <w:r w:rsidRPr="002E4283">
        <w:rPr>
          <w:b/>
          <w:sz w:val="22"/>
          <w:szCs w:val="21"/>
        </w:rPr>
        <w:t>ÖĞRENCİ BİLGİLERİ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1674F7" w:rsidRPr="002E4283" w14:paraId="5A9029A6" w14:textId="77777777">
        <w:trPr>
          <w:jc w:val="center"/>
        </w:trPr>
        <w:tc>
          <w:tcPr>
            <w:tcW w:w="3402" w:type="dxa"/>
            <w:vAlign w:val="center"/>
          </w:tcPr>
          <w:p w14:paraId="32DD8551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b/>
                <w:sz w:val="22"/>
                <w:szCs w:val="21"/>
              </w:rPr>
              <w:t>Adı Soyadı</w:t>
            </w:r>
          </w:p>
        </w:tc>
        <w:tc>
          <w:tcPr>
            <w:tcW w:w="6236" w:type="dxa"/>
            <w:vAlign w:val="center"/>
          </w:tcPr>
          <w:p w14:paraId="775031B7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sz w:val="22"/>
                <w:szCs w:val="21"/>
              </w:rPr>
              <w:t xml:space="preserve"> </w:t>
            </w:r>
          </w:p>
        </w:tc>
      </w:tr>
      <w:tr w:rsidR="001674F7" w:rsidRPr="002E4283" w14:paraId="33C77285" w14:textId="77777777">
        <w:trPr>
          <w:jc w:val="center"/>
        </w:trPr>
        <w:tc>
          <w:tcPr>
            <w:tcW w:w="3402" w:type="dxa"/>
            <w:vAlign w:val="center"/>
          </w:tcPr>
          <w:p w14:paraId="679A9BFF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b/>
                <w:sz w:val="22"/>
                <w:szCs w:val="21"/>
              </w:rPr>
              <w:t>Öğrenci Numarası</w:t>
            </w:r>
          </w:p>
        </w:tc>
        <w:tc>
          <w:tcPr>
            <w:tcW w:w="6236" w:type="dxa"/>
            <w:vAlign w:val="center"/>
          </w:tcPr>
          <w:p w14:paraId="315F658C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sz w:val="22"/>
                <w:szCs w:val="21"/>
              </w:rPr>
              <w:t xml:space="preserve"> </w:t>
            </w:r>
          </w:p>
        </w:tc>
      </w:tr>
      <w:tr w:rsidR="001674F7" w:rsidRPr="002E4283" w14:paraId="03BF7C31" w14:textId="77777777">
        <w:trPr>
          <w:jc w:val="center"/>
        </w:trPr>
        <w:tc>
          <w:tcPr>
            <w:tcW w:w="3402" w:type="dxa"/>
            <w:vAlign w:val="center"/>
          </w:tcPr>
          <w:p w14:paraId="058116CF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b/>
                <w:sz w:val="22"/>
                <w:szCs w:val="21"/>
              </w:rPr>
              <w:t>Pasaport / Yabancı Kimlik Numarası</w:t>
            </w:r>
          </w:p>
        </w:tc>
        <w:tc>
          <w:tcPr>
            <w:tcW w:w="6236" w:type="dxa"/>
            <w:vAlign w:val="center"/>
          </w:tcPr>
          <w:p w14:paraId="4454C968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sz w:val="22"/>
                <w:szCs w:val="21"/>
              </w:rPr>
              <w:t xml:space="preserve"> </w:t>
            </w:r>
          </w:p>
        </w:tc>
      </w:tr>
      <w:tr w:rsidR="001674F7" w:rsidRPr="002E4283" w14:paraId="5C2F5F2F" w14:textId="77777777">
        <w:trPr>
          <w:jc w:val="center"/>
        </w:trPr>
        <w:tc>
          <w:tcPr>
            <w:tcW w:w="3402" w:type="dxa"/>
            <w:vAlign w:val="center"/>
          </w:tcPr>
          <w:p w14:paraId="640C1C5F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b/>
                <w:sz w:val="22"/>
                <w:szCs w:val="21"/>
              </w:rPr>
              <w:t>Uyruğu</w:t>
            </w:r>
          </w:p>
        </w:tc>
        <w:tc>
          <w:tcPr>
            <w:tcW w:w="6236" w:type="dxa"/>
            <w:vAlign w:val="center"/>
          </w:tcPr>
          <w:p w14:paraId="3FA947AC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sz w:val="22"/>
                <w:szCs w:val="21"/>
              </w:rPr>
              <w:t xml:space="preserve"> </w:t>
            </w:r>
          </w:p>
        </w:tc>
      </w:tr>
      <w:tr w:rsidR="001674F7" w:rsidRPr="002E4283" w14:paraId="72116B5F" w14:textId="77777777">
        <w:trPr>
          <w:jc w:val="center"/>
        </w:trPr>
        <w:tc>
          <w:tcPr>
            <w:tcW w:w="3402" w:type="dxa"/>
            <w:vAlign w:val="center"/>
          </w:tcPr>
          <w:p w14:paraId="206375C7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b/>
                <w:sz w:val="22"/>
                <w:szCs w:val="21"/>
              </w:rPr>
              <w:t>TÖMER Sınıfı / Seviyesi</w:t>
            </w:r>
          </w:p>
        </w:tc>
        <w:tc>
          <w:tcPr>
            <w:tcW w:w="6236" w:type="dxa"/>
            <w:vAlign w:val="center"/>
          </w:tcPr>
          <w:p w14:paraId="22AA15C2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sz w:val="22"/>
                <w:szCs w:val="21"/>
              </w:rPr>
              <w:t xml:space="preserve"> </w:t>
            </w:r>
          </w:p>
        </w:tc>
      </w:tr>
      <w:tr w:rsidR="001674F7" w:rsidRPr="002E4283" w14:paraId="36A83A33" w14:textId="77777777">
        <w:trPr>
          <w:jc w:val="center"/>
        </w:trPr>
        <w:tc>
          <w:tcPr>
            <w:tcW w:w="3402" w:type="dxa"/>
            <w:vAlign w:val="center"/>
          </w:tcPr>
          <w:p w14:paraId="215108AF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b/>
                <w:sz w:val="22"/>
                <w:szCs w:val="21"/>
              </w:rPr>
              <w:t>Telefon Numarası</w:t>
            </w:r>
          </w:p>
        </w:tc>
        <w:tc>
          <w:tcPr>
            <w:tcW w:w="6236" w:type="dxa"/>
            <w:vAlign w:val="center"/>
          </w:tcPr>
          <w:p w14:paraId="3CC6EE14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sz w:val="22"/>
                <w:szCs w:val="21"/>
              </w:rPr>
              <w:t xml:space="preserve"> </w:t>
            </w:r>
          </w:p>
        </w:tc>
      </w:tr>
      <w:tr w:rsidR="001674F7" w:rsidRPr="002E4283" w14:paraId="4459768E" w14:textId="77777777">
        <w:trPr>
          <w:jc w:val="center"/>
        </w:trPr>
        <w:tc>
          <w:tcPr>
            <w:tcW w:w="3402" w:type="dxa"/>
            <w:vAlign w:val="center"/>
          </w:tcPr>
          <w:p w14:paraId="6ECD948F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b/>
                <w:sz w:val="22"/>
                <w:szCs w:val="21"/>
              </w:rPr>
              <w:t>E-posta Adresi</w:t>
            </w:r>
          </w:p>
        </w:tc>
        <w:tc>
          <w:tcPr>
            <w:tcW w:w="6236" w:type="dxa"/>
            <w:vAlign w:val="center"/>
          </w:tcPr>
          <w:p w14:paraId="5FC93094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sz w:val="22"/>
                <w:szCs w:val="21"/>
              </w:rPr>
              <w:t xml:space="preserve"> </w:t>
            </w:r>
          </w:p>
        </w:tc>
      </w:tr>
    </w:tbl>
    <w:p w14:paraId="2DBB5392" w14:textId="77777777" w:rsidR="002E4283" w:rsidRDefault="002E4283">
      <w:pPr>
        <w:spacing w:after="0"/>
        <w:jc w:val="right"/>
        <w:rPr>
          <w:b/>
        </w:rPr>
      </w:pPr>
    </w:p>
    <w:p w14:paraId="372608CB" w14:textId="6E9A3A4B" w:rsidR="001674F7" w:rsidRDefault="00000000">
      <w:pPr>
        <w:spacing w:after="0"/>
        <w:jc w:val="right"/>
      </w:pPr>
      <w:r>
        <w:rPr>
          <w:b/>
        </w:rPr>
        <w:t xml:space="preserve">Tarih: </w:t>
      </w:r>
      <w:r>
        <w:t>…… / …… / …………</w:t>
      </w:r>
    </w:p>
    <w:p w14:paraId="0567441F" w14:textId="77777777" w:rsidR="002E4283" w:rsidRDefault="002E4283">
      <w:pPr>
        <w:spacing w:after="20"/>
        <w:rPr>
          <w:b/>
        </w:rPr>
      </w:pPr>
    </w:p>
    <w:p w14:paraId="492C1A1B" w14:textId="0B16D147" w:rsidR="001674F7" w:rsidRDefault="00000000" w:rsidP="002E4283">
      <w:pPr>
        <w:spacing w:after="20"/>
        <w:jc w:val="center"/>
      </w:pPr>
      <w:r>
        <w:rPr>
          <w:b/>
        </w:rPr>
        <w:t>Işık Üniversitesi</w:t>
      </w:r>
    </w:p>
    <w:p w14:paraId="3BF246CA" w14:textId="3628F619" w:rsidR="001674F7" w:rsidRDefault="00000000" w:rsidP="002E4283">
      <w:pPr>
        <w:spacing w:after="20"/>
        <w:jc w:val="center"/>
      </w:pPr>
      <w:r>
        <w:rPr>
          <w:b/>
        </w:rPr>
        <w:t>Türkçe Öğretimi Uygulama ve Araştırma Merkezi Müdürlüğüne</w:t>
      </w:r>
      <w:r w:rsidR="002E4283">
        <w:rPr>
          <w:b/>
        </w:rPr>
        <w:t>;</w:t>
      </w:r>
    </w:p>
    <w:p w14:paraId="3277E576" w14:textId="77777777" w:rsidR="002E4283" w:rsidRDefault="002E4283">
      <w:pPr>
        <w:spacing w:after="100"/>
        <w:rPr>
          <w:b/>
          <w:sz w:val="22"/>
          <w:szCs w:val="21"/>
        </w:rPr>
      </w:pPr>
    </w:p>
    <w:p w14:paraId="58928A13" w14:textId="5C75E8FC" w:rsidR="001674F7" w:rsidRPr="002E4283" w:rsidRDefault="00000000">
      <w:pPr>
        <w:spacing w:after="100"/>
        <w:rPr>
          <w:sz w:val="22"/>
          <w:szCs w:val="21"/>
        </w:rPr>
      </w:pPr>
      <w:r w:rsidRPr="002E4283">
        <w:rPr>
          <w:b/>
          <w:sz w:val="22"/>
          <w:szCs w:val="21"/>
        </w:rPr>
        <w:t>SINAV BİLGİLERİ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1674F7" w:rsidRPr="002E4283" w14:paraId="16D45D33" w14:textId="77777777">
        <w:trPr>
          <w:jc w:val="center"/>
        </w:trPr>
        <w:tc>
          <w:tcPr>
            <w:tcW w:w="3402" w:type="dxa"/>
            <w:vAlign w:val="center"/>
          </w:tcPr>
          <w:p w14:paraId="08C7DAD0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b/>
                <w:sz w:val="22"/>
                <w:szCs w:val="21"/>
              </w:rPr>
              <w:t>Sınavın Adı</w:t>
            </w:r>
          </w:p>
        </w:tc>
        <w:tc>
          <w:tcPr>
            <w:tcW w:w="6236" w:type="dxa"/>
            <w:vAlign w:val="center"/>
          </w:tcPr>
          <w:p w14:paraId="76222438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sz w:val="22"/>
                <w:szCs w:val="21"/>
              </w:rPr>
              <w:t xml:space="preserve"> </w:t>
            </w:r>
          </w:p>
        </w:tc>
      </w:tr>
      <w:tr w:rsidR="001674F7" w:rsidRPr="002E4283" w14:paraId="7E169C52" w14:textId="77777777">
        <w:trPr>
          <w:jc w:val="center"/>
        </w:trPr>
        <w:tc>
          <w:tcPr>
            <w:tcW w:w="3402" w:type="dxa"/>
            <w:vAlign w:val="center"/>
          </w:tcPr>
          <w:p w14:paraId="6C0833BC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b/>
                <w:sz w:val="22"/>
                <w:szCs w:val="21"/>
              </w:rPr>
              <w:t>Sınav Tarihi</w:t>
            </w:r>
          </w:p>
        </w:tc>
        <w:tc>
          <w:tcPr>
            <w:tcW w:w="6236" w:type="dxa"/>
            <w:vAlign w:val="center"/>
          </w:tcPr>
          <w:p w14:paraId="11B594B5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sz w:val="22"/>
                <w:szCs w:val="21"/>
              </w:rPr>
              <w:t xml:space="preserve"> </w:t>
            </w:r>
          </w:p>
        </w:tc>
      </w:tr>
      <w:tr w:rsidR="001674F7" w:rsidRPr="002E4283" w14:paraId="3CAA958B" w14:textId="77777777">
        <w:trPr>
          <w:jc w:val="center"/>
        </w:trPr>
        <w:tc>
          <w:tcPr>
            <w:tcW w:w="3402" w:type="dxa"/>
            <w:vAlign w:val="center"/>
          </w:tcPr>
          <w:p w14:paraId="4477FB50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b/>
                <w:sz w:val="22"/>
                <w:szCs w:val="21"/>
              </w:rPr>
              <w:t>Ders / Modül</w:t>
            </w:r>
          </w:p>
        </w:tc>
        <w:tc>
          <w:tcPr>
            <w:tcW w:w="6236" w:type="dxa"/>
            <w:vAlign w:val="center"/>
          </w:tcPr>
          <w:p w14:paraId="49F0F9C3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sz w:val="22"/>
                <w:szCs w:val="21"/>
              </w:rPr>
              <w:t xml:space="preserve"> </w:t>
            </w:r>
          </w:p>
        </w:tc>
      </w:tr>
      <w:tr w:rsidR="001674F7" w:rsidRPr="002E4283" w14:paraId="1E11C783" w14:textId="77777777">
        <w:trPr>
          <w:jc w:val="center"/>
        </w:trPr>
        <w:tc>
          <w:tcPr>
            <w:tcW w:w="3402" w:type="dxa"/>
            <w:vAlign w:val="center"/>
          </w:tcPr>
          <w:p w14:paraId="7737B7F4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b/>
                <w:sz w:val="22"/>
                <w:szCs w:val="21"/>
              </w:rPr>
              <w:t>Açıklanan Sınav Notu</w:t>
            </w:r>
          </w:p>
        </w:tc>
        <w:tc>
          <w:tcPr>
            <w:tcW w:w="6236" w:type="dxa"/>
            <w:vAlign w:val="center"/>
          </w:tcPr>
          <w:p w14:paraId="2F991044" w14:textId="77777777" w:rsidR="001674F7" w:rsidRPr="002E4283" w:rsidRDefault="00000000">
            <w:pPr>
              <w:spacing w:after="0"/>
              <w:rPr>
                <w:sz w:val="22"/>
                <w:szCs w:val="21"/>
              </w:rPr>
            </w:pPr>
            <w:r w:rsidRPr="002E4283">
              <w:rPr>
                <w:sz w:val="22"/>
                <w:szCs w:val="21"/>
              </w:rPr>
              <w:t xml:space="preserve"> </w:t>
            </w:r>
          </w:p>
        </w:tc>
      </w:tr>
    </w:tbl>
    <w:p w14:paraId="52E11C3A" w14:textId="77777777" w:rsidR="002E4283" w:rsidRDefault="002E4283">
      <w:pPr>
        <w:spacing w:after="100"/>
        <w:rPr>
          <w:b/>
        </w:rPr>
      </w:pPr>
    </w:p>
    <w:p w14:paraId="2B1FB905" w14:textId="4D92E806" w:rsidR="001674F7" w:rsidRDefault="00000000">
      <w:pPr>
        <w:spacing w:after="100"/>
      </w:pPr>
      <w:r>
        <w:rPr>
          <w:b/>
        </w:rPr>
        <w:t>İTİRAZ GEREKÇESİ</w:t>
      </w:r>
      <w:r w:rsidR="002E4283">
        <w:rPr>
          <w:b/>
        </w:rPr>
        <w:t xml:space="preserve"> VE TALEP</w:t>
      </w:r>
    </w:p>
    <w:tbl>
      <w:tblPr>
        <w:tblW w:w="0" w:type="auto"/>
        <w:jc w:val="center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502"/>
      </w:tblGrid>
      <w:tr w:rsidR="001674F7" w14:paraId="3E1C84D0" w14:textId="77777777" w:rsidTr="002E4283">
        <w:trPr>
          <w:trHeight w:val="3587"/>
          <w:jc w:val="center"/>
        </w:trPr>
        <w:tc>
          <w:tcPr>
            <w:tcW w:w="9502" w:type="dxa"/>
          </w:tcPr>
          <w:p w14:paraId="7B09B2C7" w14:textId="77777777" w:rsidR="001674F7" w:rsidRDefault="00000000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62CA6D57" w14:textId="17DC0540" w:rsidR="001674F7" w:rsidRDefault="00000000">
      <w:pPr>
        <w:spacing w:after="160"/>
        <w:jc w:val="both"/>
      </w:pPr>
      <w:r>
        <w:t>Yukarıda belirtilen sınav notuma ilişkin itirazımın değerlendirilmesini ve sınav kâğıdımın / sınav sonucumun ilgili ölçme ve değerlendirme süreçleri çerçevesinde yeniden incelenmesini arz ederim.</w:t>
      </w:r>
    </w:p>
    <w:p w14:paraId="4B7F309E" w14:textId="77777777" w:rsidR="002E4283" w:rsidRDefault="002E4283">
      <w:pPr>
        <w:spacing w:after="0"/>
        <w:jc w:val="right"/>
        <w:rPr>
          <w:b/>
        </w:rPr>
      </w:pPr>
    </w:p>
    <w:p w14:paraId="0F6105A9" w14:textId="3EC5F61B" w:rsidR="001674F7" w:rsidRDefault="00000000">
      <w:pPr>
        <w:spacing w:after="0"/>
        <w:jc w:val="right"/>
      </w:pPr>
      <w:r>
        <w:rPr>
          <w:b/>
        </w:rPr>
        <w:t xml:space="preserve">Adı Soyadı: </w:t>
      </w:r>
      <w:r>
        <w:t>........................................................</w:t>
      </w:r>
    </w:p>
    <w:p w14:paraId="1822EA01" w14:textId="77777777" w:rsidR="001674F7" w:rsidRDefault="00000000">
      <w:pPr>
        <w:spacing w:after="0"/>
        <w:jc w:val="right"/>
      </w:pPr>
      <w:r>
        <w:rPr>
          <w:b/>
        </w:rPr>
        <w:t xml:space="preserve">İmza: </w:t>
      </w:r>
      <w:r>
        <w:t>........................................................</w:t>
      </w:r>
    </w:p>
    <w:sectPr w:rsidR="001674F7" w:rsidSect="00034616">
      <w:footerReference w:type="default" r:id="rId8"/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04FCB3" w14:textId="77777777" w:rsidR="006225DE" w:rsidRDefault="006225DE">
      <w:pPr>
        <w:spacing w:after="0" w:line="240" w:lineRule="auto"/>
      </w:pPr>
      <w:r>
        <w:separator/>
      </w:r>
    </w:p>
  </w:endnote>
  <w:endnote w:type="continuationSeparator" w:id="0">
    <w:p w14:paraId="152096DC" w14:textId="77777777" w:rsidR="006225DE" w:rsidRDefault="00622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C8A5C9" w14:textId="77777777" w:rsidR="001674F7" w:rsidRDefault="00000000">
    <w:pPr>
      <w:pStyle w:val="AltBilgi"/>
      <w:jc w:val="center"/>
    </w:pPr>
    <w:r>
      <w:rPr>
        <w:sz w:val="18"/>
      </w:rPr>
      <w:t>Işık Üniversitesi Türkçe Öğretimi Uygulama ve Araştırma Merkezi (TÖMER)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B5A13C" w14:textId="77777777" w:rsidR="006225DE" w:rsidRDefault="006225DE">
      <w:pPr>
        <w:spacing w:after="0" w:line="240" w:lineRule="auto"/>
      </w:pPr>
      <w:r>
        <w:separator/>
      </w:r>
    </w:p>
  </w:footnote>
  <w:footnote w:type="continuationSeparator" w:id="0">
    <w:p w14:paraId="44769760" w14:textId="77777777" w:rsidR="006225DE" w:rsidRDefault="00622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7490192">
    <w:abstractNumId w:val="8"/>
  </w:num>
  <w:num w:numId="2" w16cid:durableId="281941">
    <w:abstractNumId w:val="6"/>
  </w:num>
  <w:num w:numId="3" w16cid:durableId="149172823">
    <w:abstractNumId w:val="5"/>
  </w:num>
  <w:num w:numId="4" w16cid:durableId="552303795">
    <w:abstractNumId w:val="4"/>
  </w:num>
  <w:num w:numId="5" w16cid:durableId="1774128534">
    <w:abstractNumId w:val="7"/>
  </w:num>
  <w:num w:numId="6" w16cid:durableId="947354369">
    <w:abstractNumId w:val="3"/>
  </w:num>
  <w:num w:numId="7" w16cid:durableId="830634732">
    <w:abstractNumId w:val="2"/>
  </w:num>
  <w:num w:numId="8" w16cid:durableId="354889801">
    <w:abstractNumId w:val="1"/>
  </w:num>
  <w:num w:numId="9" w16cid:durableId="8141776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74F7"/>
    <w:rsid w:val="0029639D"/>
    <w:rsid w:val="002E4283"/>
    <w:rsid w:val="00326F90"/>
    <w:rsid w:val="006225DE"/>
    <w:rsid w:val="00AA1D8D"/>
    <w:rsid w:val="00B47730"/>
    <w:rsid w:val="00CB0664"/>
    <w:rsid w:val="00FC26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B57C15"/>
  <w14:defaultImageDpi w14:val="300"/>
  <w15:docId w15:val="{92F4C078-CFC6-5C40-A735-20A81C6D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Aysu Esra KURBAN</cp:lastModifiedBy>
  <cp:revision>2</cp:revision>
  <dcterms:created xsi:type="dcterms:W3CDTF">2026-09-20T06:01:00Z</dcterms:created>
  <dcterms:modified xsi:type="dcterms:W3CDTF">2026-09-20T06:01:00Z</dcterms:modified>
  <cp:category/>
</cp:coreProperties>
</file>