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1264CC" w14:textId="77777777" w:rsidR="006A0FE5" w:rsidRPr="009D78A5" w:rsidRDefault="00000000">
      <w:pPr>
        <w:spacing w:after="100"/>
        <w:rPr>
          <w:sz w:val="22"/>
          <w:szCs w:val="21"/>
        </w:rPr>
      </w:pPr>
      <w:r w:rsidRPr="009D78A5">
        <w:rPr>
          <w:b/>
          <w:sz w:val="22"/>
          <w:szCs w:val="21"/>
        </w:rPr>
        <w:t>ÖĞRENCİ BİLGİLERİ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6A0FE5" w:rsidRPr="009D78A5" w14:paraId="5E99E18A" w14:textId="77777777">
        <w:trPr>
          <w:jc w:val="center"/>
        </w:trPr>
        <w:tc>
          <w:tcPr>
            <w:tcW w:w="3402" w:type="dxa"/>
            <w:vAlign w:val="center"/>
          </w:tcPr>
          <w:p w14:paraId="49B1BA8E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b/>
                <w:sz w:val="22"/>
                <w:szCs w:val="21"/>
              </w:rPr>
              <w:t>Adı Soyadı</w:t>
            </w:r>
          </w:p>
        </w:tc>
        <w:tc>
          <w:tcPr>
            <w:tcW w:w="6236" w:type="dxa"/>
            <w:vAlign w:val="center"/>
          </w:tcPr>
          <w:p w14:paraId="424EA843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sz w:val="22"/>
                <w:szCs w:val="21"/>
              </w:rPr>
              <w:t xml:space="preserve"> </w:t>
            </w:r>
          </w:p>
        </w:tc>
      </w:tr>
      <w:tr w:rsidR="006A0FE5" w:rsidRPr="009D78A5" w14:paraId="6D484BB4" w14:textId="77777777">
        <w:trPr>
          <w:jc w:val="center"/>
        </w:trPr>
        <w:tc>
          <w:tcPr>
            <w:tcW w:w="3402" w:type="dxa"/>
            <w:vAlign w:val="center"/>
          </w:tcPr>
          <w:p w14:paraId="506E44BF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b/>
                <w:sz w:val="22"/>
                <w:szCs w:val="21"/>
              </w:rPr>
              <w:t>Öğrenci Numarası</w:t>
            </w:r>
          </w:p>
        </w:tc>
        <w:tc>
          <w:tcPr>
            <w:tcW w:w="6236" w:type="dxa"/>
            <w:vAlign w:val="center"/>
          </w:tcPr>
          <w:p w14:paraId="31503685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sz w:val="22"/>
                <w:szCs w:val="21"/>
              </w:rPr>
              <w:t xml:space="preserve"> </w:t>
            </w:r>
          </w:p>
        </w:tc>
      </w:tr>
      <w:tr w:rsidR="006A0FE5" w:rsidRPr="009D78A5" w14:paraId="0F26C2AE" w14:textId="77777777">
        <w:trPr>
          <w:jc w:val="center"/>
        </w:trPr>
        <w:tc>
          <w:tcPr>
            <w:tcW w:w="3402" w:type="dxa"/>
            <w:vAlign w:val="center"/>
          </w:tcPr>
          <w:p w14:paraId="098D2BDC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b/>
                <w:sz w:val="22"/>
                <w:szCs w:val="21"/>
              </w:rPr>
              <w:t>Pasaport / Yabancı Kimlik Numarası</w:t>
            </w:r>
          </w:p>
        </w:tc>
        <w:tc>
          <w:tcPr>
            <w:tcW w:w="6236" w:type="dxa"/>
            <w:vAlign w:val="center"/>
          </w:tcPr>
          <w:p w14:paraId="07D846F4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sz w:val="22"/>
                <w:szCs w:val="21"/>
              </w:rPr>
              <w:t xml:space="preserve"> </w:t>
            </w:r>
          </w:p>
        </w:tc>
      </w:tr>
      <w:tr w:rsidR="006A0FE5" w:rsidRPr="009D78A5" w14:paraId="6CB162FF" w14:textId="77777777">
        <w:trPr>
          <w:jc w:val="center"/>
        </w:trPr>
        <w:tc>
          <w:tcPr>
            <w:tcW w:w="3402" w:type="dxa"/>
            <w:vAlign w:val="center"/>
          </w:tcPr>
          <w:p w14:paraId="5D073DFD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b/>
                <w:sz w:val="22"/>
                <w:szCs w:val="21"/>
              </w:rPr>
              <w:t>Uyruğu</w:t>
            </w:r>
          </w:p>
        </w:tc>
        <w:tc>
          <w:tcPr>
            <w:tcW w:w="6236" w:type="dxa"/>
            <w:vAlign w:val="center"/>
          </w:tcPr>
          <w:p w14:paraId="79E1F643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sz w:val="22"/>
                <w:szCs w:val="21"/>
              </w:rPr>
              <w:t xml:space="preserve"> </w:t>
            </w:r>
          </w:p>
        </w:tc>
      </w:tr>
      <w:tr w:rsidR="006A0FE5" w:rsidRPr="009D78A5" w14:paraId="381BF926" w14:textId="77777777">
        <w:trPr>
          <w:jc w:val="center"/>
        </w:trPr>
        <w:tc>
          <w:tcPr>
            <w:tcW w:w="3402" w:type="dxa"/>
            <w:vAlign w:val="center"/>
          </w:tcPr>
          <w:p w14:paraId="6C2FB7D0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b/>
                <w:sz w:val="22"/>
                <w:szCs w:val="21"/>
              </w:rPr>
              <w:t>TÖMER Sınıfı / Seviyesi</w:t>
            </w:r>
          </w:p>
        </w:tc>
        <w:tc>
          <w:tcPr>
            <w:tcW w:w="6236" w:type="dxa"/>
            <w:vAlign w:val="center"/>
          </w:tcPr>
          <w:p w14:paraId="7DAB850B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sz w:val="22"/>
                <w:szCs w:val="21"/>
              </w:rPr>
              <w:t xml:space="preserve"> </w:t>
            </w:r>
          </w:p>
        </w:tc>
      </w:tr>
      <w:tr w:rsidR="006A0FE5" w:rsidRPr="009D78A5" w14:paraId="2EE876C3" w14:textId="77777777">
        <w:trPr>
          <w:jc w:val="center"/>
        </w:trPr>
        <w:tc>
          <w:tcPr>
            <w:tcW w:w="3402" w:type="dxa"/>
            <w:vAlign w:val="center"/>
          </w:tcPr>
          <w:p w14:paraId="2431EDEA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b/>
                <w:sz w:val="22"/>
                <w:szCs w:val="21"/>
              </w:rPr>
              <w:t>Telefon Numarası</w:t>
            </w:r>
          </w:p>
        </w:tc>
        <w:tc>
          <w:tcPr>
            <w:tcW w:w="6236" w:type="dxa"/>
            <w:vAlign w:val="center"/>
          </w:tcPr>
          <w:p w14:paraId="2A80EBF2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sz w:val="22"/>
                <w:szCs w:val="21"/>
              </w:rPr>
              <w:t xml:space="preserve"> </w:t>
            </w:r>
          </w:p>
        </w:tc>
      </w:tr>
      <w:tr w:rsidR="006A0FE5" w:rsidRPr="009D78A5" w14:paraId="39686326" w14:textId="77777777">
        <w:trPr>
          <w:jc w:val="center"/>
        </w:trPr>
        <w:tc>
          <w:tcPr>
            <w:tcW w:w="3402" w:type="dxa"/>
            <w:vAlign w:val="center"/>
          </w:tcPr>
          <w:p w14:paraId="2720D422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b/>
                <w:sz w:val="22"/>
                <w:szCs w:val="21"/>
              </w:rPr>
              <w:t>E-posta Adresi</w:t>
            </w:r>
          </w:p>
        </w:tc>
        <w:tc>
          <w:tcPr>
            <w:tcW w:w="6236" w:type="dxa"/>
            <w:vAlign w:val="center"/>
          </w:tcPr>
          <w:p w14:paraId="3176E628" w14:textId="77777777" w:rsidR="006A0FE5" w:rsidRPr="009D78A5" w:rsidRDefault="00000000">
            <w:pPr>
              <w:spacing w:after="0"/>
              <w:rPr>
                <w:sz w:val="22"/>
                <w:szCs w:val="21"/>
              </w:rPr>
            </w:pPr>
            <w:r w:rsidRPr="009D78A5">
              <w:rPr>
                <w:sz w:val="22"/>
                <w:szCs w:val="21"/>
              </w:rPr>
              <w:t xml:space="preserve"> </w:t>
            </w:r>
          </w:p>
        </w:tc>
      </w:tr>
    </w:tbl>
    <w:p w14:paraId="74B081BE" w14:textId="77777777" w:rsidR="006A0FE5" w:rsidRDefault="00000000">
      <w:pPr>
        <w:spacing w:before="200" w:after="0"/>
        <w:jc w:val="right"/>
      </w:pPr>
      <w:r>
        <w:rPr>
          <w:b/>
        </w:rPr>
        <w:t xml:space="preserve">Tarih: </w:t>
      </w:r>
      <w:r>
        <w:t>…… / …… / …………</w:t>
      </w:r>
    </w:p>
    <w:p w14:paraId="326E472B" w14:textId="77777777" w:rsidR="006A0FE5" w:rsidRDefault="00000000" w:rsidP="009D78A5">
      <w:pPr>
        <w:spacing w:after="20"/>
        <w:jc w:val="center"/>
      </w:pPr>
      <w:r>
        <w:rPr>
          <w:b/>
        </w:rPr>
        <w:t>Işık Üniversitesi</w:t>
      </w:r>
    </w:p>
    <w:p w14:paraId="4BACFABC" w14:textId="2E66B309" w:rsidR="006A0FE5" w:rsidRDefault="00000000" w:rsidP="009D78A5">
      <w:pPr>
        <w:spacing w:after="20"/>
        <w:jc w:val="center"/>
        <w:rPr>
          <w:b/>
        </w:rPr>
      </w:pPr>
      <w:r>
        <w:rPr>
          <w:b/>
        </w:rPr>
        <w:t>Türkçe Öğretimi Uygulama ve Araştırma Merkezi Müdürlüğüne</w:t>
      </w:r>
      <w:r w:rsidR="009D78A5">
        <w:rPr>
          <w:b/>
        </w:rPr>
        <w:t>;</w:t>
      </w:r>
    </w:p>
    <w:p w14:paraId="53C10D74" w14:textId="77777777" w:rsidR="009D78A5" w:rsidRDefault="009D78A5" w:rsidP="009D78A5">
      <w:pPr>
        <w:spacing w:after="20"/>
        <w:jc w:val="center"/>
      </w:pPr>
    </w:p>
    <w:p w14:paraId="461BEE64" w14:textId="77777777" w:rsidR="006A0FE5" w:rsidRPr="00476809" w:rsidRDefault="00000000">
      <w:pPr>
        <w:spacing w:after="100"/>
        <w:rPr>
          <w:sz w:val="22"/>
          <w:szCs w:val="21"/>
        </w:rPr>
      </w:pPr>
      <w:r w:rsidRPr="00476809">
        <w:rPr>
          <w:b/>
          <w:sz w:val="22"/>
          <w:szCs w:val="21"/>
        </w:rPr>
        <w:t>SINAV BİLGİLERİ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6A0FE5" w:rsidRPr="00476809" w14:paraId="11F5D882" w14:textId="77777777">
        <w:trPr>
          <w:jc w:val="center"/>
        </w:trPr>
        <w:tc>
          <w:tcPr>
            <w:tcW w:w="3402" w:type="dxa"/>
            <w:vAlign w:val="center"/>
          </w:tcPr>
          <w:p w14:paraId="389541FA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b/>
                <w:sz w:val="22"/>
                <w:szCs w:val="21"/>
              </w:rPr>
              <w:t>Sınavın Adı</w:t>
            </w:r>
          </w:p>
        </w:tc>
        <w:tc>
          <w:tcPr>
            <w:tcW w:w="6236" w:type="dxa"/>
            <w:vAlign w:val="center"/>
          </w:tcPr>
          <w:p w14:paraId="5110F0E1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sz w:val="22"/>
                <w:szCs w:val="21"/>
              </w:rPr>
              <w:t xml:space="preserve"> </w:t>
            </w:r>
          </w:p>
        </w:tc>
      </w:tr>
      <w:tr w:rsidR="006A0FE5" w:rsidRPr="00476809" w14:paraId="1D69818A" w14:textId="77777777">
        <w:trPr>
          <w:jc w:val="center"/>
        </w:trPr>
        <w:tc>
          <w:tcPr>
            <w:tcW w:w="3402" w:type="dxa"/>
            <w:vAlign w:val="center"/>
          </w:tcPr>
          <w:p w14:paraId="1F7FB4DE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b/>
                <w:sz w:val="22"/>
                <w:szCs w:val="21"/>
              </w:rPr>
              <w:t>Sınav Tarihi</w:t>
            </w:r>
          </w:p>
        </w:tc>
        <w:tc>
          <w:tcPr>
            <w:tcW w:w="6236" w:type="dxa"/>
            <w:vAlign w:val="center"/>
          </w:tcPr>
          <w:p w14:paraId="014A60A0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sz w:val="22"/>
                <w:szCs w:val="21"/>
              </w:rPr>
              <w:t xml:space="preserve"> </w:t>
            </w:r>
          </w:p>
        </w:tc>
      </w:tr>
      <w:tr w:rsidR="006A0FE5" w:rsidRPr="00476809" w14:paraId="3C861B26" w14:textId="77777777">
        <w:trPr>
          <w:jc w:val="center"/>
        </w:trPr>
        <w:tc>
          <w:tcPr>
            <w:tcW w:w="3402" w:type="dxa"/>
            <w:vAlign w:val="center"/>
          </w:tcPr>
          <w:p w14:paraId="739B5370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b/>
                <w:sz w:val="22"/>
                <w:szCs w:val="21"/>
              </w:rPr>
              <w:t>Sınav Saati</w:t>
            </w:r>
          </w:p>
        </w:tc>
        <w:tc>
          <w:tcPr>
            <w:tcW w:w="6236" w:type="dxa"/>
            <w:vAlign w:val="center"/>
          </w:tcPr>
          <w:p w14:paraId="28DCDFE5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sz w:val="22"/>
                <w:szCs w:val="21"/>
              </w:rPr>
              <w:t xml:space="preserve"> </w:t>
            </w:r>
          </w:p>
        </w:tc>
      </w:tr>
      <w:tr w:rsidR="006A0FE5" w:rsidRPr="00476809" w14:paraId="6A3B6EBB" w14:textId="77777777">
        <w:trPr>
          <w:jc w:val="center"/>
        </w:trPr>
        <w:tc>
          <w:tcPr>
            <w:tcW w:w="3402" w:type="dxa"/>
            <w:vAlign w:val="center"/>
          </w:tcPr>
          <w:p w14:paraId="7FCC5B2A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b/>
                <w:sz w:val="22"/>
                <w:szCs w:val="21"/>
              </w:rPr>
              <w:t>Ders / Modül</w:t>
            </w:r>
          </w:p>
        </w:tc>
        <w:tc>
          <w:tcPr>
            <w:tcW w:w="6236" w:type="dxa"/>
            <w:vAlign w:val="center"/>
          </w:tcPr>
          <w:p w14:paraId="5DD25CB5" w14:textId="77777777" w:rsidR="006A0FE5" w:rsidRPr="00476809" w:rsidRDefault="00000000">
            <w:pPr>
              <w:spacing w:after="0"/>
              <w:rPr>
                <w:sz w:val="22"/>
                <w:szCs w:val="21"/>
              </w:rPr>
            </w:pPr>
            <w:r w:rsidRPr="00476809">
              <w:rPr>
                <w:sz w:val="22"/>
                <w:szCs w:val="21"/>
              </w:rPr>
              <w:t xml:space="preserve"> </w:t>
            </w:r>
          </w:p>
        </w:tc>
      </w:tr>
    </w:tbl>
    <w:p w14:paraId="0513FA1E" w14:textId="6071B5D7" w:rsidR="006A0FE5" w:rsidRDefault="00000000">
      <w:pPr>
        <w:spacing w:before="200" w:after="160"/>
        <w:jc w:val="both"/>
      </w:pPr>
      <w:r>
        <w:t>Yukarıda bilgileri belirtilen sınava, aşağıda açıkladığım mazeretim nedeniyle katılamadım / katılamayacağım</w:t>
      </w:r>
      <w:r w:rsidR="009D78A5">
        <w:t>/ katılamadım</w:t>
      </w:r>
      <w:r>
        <w:t>.</w:t>
      </w:r>
    </w:p>
    <w:p w14:paraId="6A6EFFE0" w14:textId="77777777" w:rsidR="006A0FE5" w:rsidRDefault="00000000">
      <w:pPr>
        <w:spacing w:after="100"/>
      </w:pPr>
      <w:r>
        <w:rPr>
          <w:b/>
        </w:rPr>
        <w:t>MAZERET AÇIKLAMASI</w:t>
      </w:r>
    </w:p>
    <w:tbl>
      <w:tblPr>
        <w:tblW w:w="0" w:type="auto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6A0FE5" w14:paraId="28590AD0" w14:textId="77777777">
        <w:trPr>
          <w:jc w:val="center"/>
        </w:trPr>
        <w:tc>
          <w:tcPr>
            <w:tcW w:w="9638" w:type="dxa"/>
          </w:tcPr>
          <w:p w14:paraId="3F5B304F" w14:textId="77777777" w:rsidR="006A0FE5" w:rsidRDefault="00000000">
            <w:pPr>
              <w:spacing w:after="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7B00854E" w14:textId="0559DC64" w:rsidR="006A0FE5" w:rsidRDefault="00000000">
      <w:pPr>
        <w:spacing w:before="200" w:after="160"/>
        <w:jc w:val="both"/>
      </w:pPr>
      <w:r>
        <w:t>Belirttiğim mazeretimin değerlendirilerek ilgili sınava mazeret sınavı kapsamında katılmama izin verilmesini arz ederim.</w:t>
      </w:r>
    </w:p>
    <w:p w14:paraId="54D696B9" w14:textId="77777777" w:rsidR="006A0FE5" w:rsidRDefault="00000000">
      <w:pPr>
        <w:spacing w:before="240" w:after="0"/>
        <w:jc w:val="right"/>
      </w:pPr>
      <w:r>
        <w:rPr>
          <w:b/>
        </w:rPr>
        <w:t xml:space="preserve">Adı Soyadı: </w:t>
      </w:r>
      <w:r>
        <w:t>........................................................</w:t>
      </w:r>
    </w:p>
    <w:p w14:paraId="4761250D" w14:textId="77777777" w:rsidR="006A0FE5" w:rsidRDefault="00000000">
      <w:pPr>
        <w:spacing w:after="0"/>
        <w:jc w:val="right"/>
      </w:pPr>
      <w:r>
        <w:rPr>
          <w:b/>
        </w:rPr>
        <w:t xml:space="preserve">İmza: </w:t>
      </w:r>
      <w:r>
        <w:t>........................................................</w:t>
      </w:r>
    </w:p>
    <w:sectPr w:rsidR="006A0FE5" w:rsidSect="00034616">
      <w:footerReference w:type="default" r:id="rId8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D5C173" w14:textId="77777777" w:rsidR="000A4295" w:rsidRDefault="000A4295">
      <w:pPr>
        <w:spacing w:after="0" w:line="240" w:lineRule="auto"/>
      </w:pPr>
      <w:r>
        <w:separator/>
      </w:r>
    </w:p>
  </w:endnote>
  <w:endnote w:type="continuationSeparator" w:id="0">
    <w:p w14:paraId="54C343A4" w14:textId="77777777" w:rsidR="000A4295" w:rsidRDefault="000A4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F1BDAD" w14:textId="77777777" w:rsidR="006A0FE5" w:rsidRDefault="00000000">
    <w:pPr>
      <w:pStyle w:val="AltBilgi"/>
      <w:jc w:val="center"/>
    </w:pPr>
    <w:r>
      <w:rPr>
        <w:sz w:val="18"/>
      </w:rPr>
      <w:t>Işık Üniversitesi Türkçe Öğretimi Uygulama ve Araştırma Merkezi (TÖMER)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C64A93" w14:textId="77777777" w:rsidR="000A4295" w:rsidRDefault="000A4295">
      <w:pPr>
        <w:spacing w:after="0" w:line="240" w:lineRule="auto"/>
      </w:pPr>
      <w:r>
        <w:separator/>
      </w:r>
    </w:p>
  </w:footnote>
  <w:footnote w:type="continuationSeparator" w:id="0">
    <w:p w14:paraId="30044402" w14:textId="77777777" w:rsidR="000A4295" w:rsidRDefault="000A4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6614826">
    <w:abstractNumId w:val="8"/>
  </w:num>
  <w:num w:numId="2" w16cid:durableId="1144933227">
    <w:abstractNumId w:val="6"/>
  </w:num>
  <w:num w:numId="3" w16cid:durableId="2094086532">
    <w:abstractNumId w:val="5"/>
  </w:num>
  <w:num w:numId="4" w16cid:durableId="1925188051">
    <w:abstractNumId w:val="4"/>
  </w:num>
  <w:num w:numId="5" w16cid:durableId="320817924">
    <w:abstractNumId w:val="7"/>
  </w:num>
  <w:num w:numId="6" w16cid:durableId="1269508196">
    <w:abstractNumId w:val="3"/>
  </w:num>
  <w:num w:numId="7" w16cid:durableId="1301225309">
    <w:abstractNumId w:val="2"/>
  </w:num>
  <w:num w:numId="8" w16cid:durableId="1235164761">
    <w:abstractNumId w:val="1"/>
  </w:num>
  <w:num w:numId="9" w16cid:durableId="1357281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295"/>
    <w:rsid w:val="0015074B"/>
    <w:rsid w:val="0029639D"/>
    <w:rsid w:val="00326F90"/>
    <w:rsid w:val="00476809"/>
    <w:rsid w:val="006A0FE5"/>
    <w:rsid w:val="009D78A5"/>
    <w:rsid w:val="00A9446A"/>
    <w:rsid w:val="00AA1D8D"/>
    <w:rsid w:val="00B47730"/>
    <w:rsid w:val="00CB0664"/>
    <w:rsid w:val="00FC26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C7FB08"/>
  <w14:defaultImageDpi w14:val="300"/>
  <w15:docId w15:val="{92F4C078-CFC6-5C40-A735-20A81C6D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Aysu Esra KURBAN</cp:lastModifiedBy>
  <cp:revision>3</cp:revision>
  <dcterms:created xsi:type="dcterms:W3CDTF">2026-09-19T18:08:00Z</dcterms:created>
  <dcterms:modified xsi:type="dcterms:W3CDTF">2026-09-20T05:58:00Z</dcterms:modified>
  <cp:category/>
</cp:coreProperties>
</file>