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AE1E95" w14:textId="77777777" w:rsidR="002D356A" w:rsidRPr="00193F49" w:rsidRDefault="00000000" w:rsidP="008837D5">
      <w:pPr>
        <w:ind w:firstLine="720"/>
        <w:rPr>
          <w:rFonts w:ascii="Times New Roman" w:hAnsi="Times New Roman" w:cs="Times New Roman"/>
        </w:rPr>
      </w:pPr>
      <w:r w:rsidRPr="00193F49">
        <w:rPr>
          <w:rFonts w:ascii="Times New Roman" w:hAnsi="Times New Roman" w:cs="Times New Roman"/>
          <w:b/>
        </w:rPr>
        <w:t>ÖĞRENCİ BİLGİLERİ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6790"/>
      </w:tblGrid>
      <w:tr w:rsidR="002D356A" w:rsidRPr="00193F49" w14:paraId="6781A40F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45D81039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6790" w:type="dxa"/>
            <w:vAlign w:val="center"/>
          </w:tcPr>
          <w:p w14:paraId="0CF3293C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1BA7805B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737FB54E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6790" w:type="dxa"/>
            <w:vAlign w:val="center"/>
          </w:tcPr>
          <w:p w14:paraId="055B53B8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662801B4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03F3D39E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Pasaport / Yabancı Kimlik Numarası</w:t>
            </w:r>
          </w:p>
        </w:tc>
        <w:tc>
          <w:tcPr>
            <w:tcW w:w="6790" w:type="dxa"/>
            <w:vAlign w:val="center"/>
          </w:tcPr>
          <w:p w14:paraId="3C09FC7C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2A2FFC7D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27D63C5F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Uyruğu</w:t>
            </w:r>
          </w:p>
        </w:tc>
        <w:tc>
          <w:tcPr>
            <w:tcW w:w="6790" w:type="dxa"/>
            <w:vAlign w:val="center"/>
          </w:tcPr>
          <w:p w14:paraId="60D6C427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1DE24679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0DF6059B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TÖMER Sınıfı / Seviyesi</w:t>
            </w:r>
          </w:p>
        </w:tc>
        <w:tc>
          <w:tcPr>
            <w:tcW w:w="6790" w:type="dxa"/>
            <w:vAlign w:val="center"/>
          </w:tcPr>
          <w:p w14:paraId="3241B5A5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08BD4CC8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0CB64708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Telefon Numarası</w:t>
            </w:r>
          </w:p>
        </w:tc>
        <w:tc>
          <w:tcPr>
            <w:tcW w:w="6790" w:type="dxa"/>
            <w:vAlign w:val="center"/>
          </w:tcPr>
          <w:p w14:paraId="47CFC4CA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2D356A" w:rsidRPr="00193F49" w14:paraId="133C7247" w14:textId="77777777" w:rsidTr="008837D5">
        <w:trPr>
          <w:trHeight w:val="369"/>
          <w:jc w:val="center"/>
        </w:trPr>
        <w:tc>
          <w:tcPr>
            <w:tcW w:w="3402" w:type="dxa"/>
            <w:vAlign w:val="center"/>
          </w:tcPr>
          <w:p w14:paraId="61374E80" w14:textId="308DC08D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  <w:b/>
              </w:rPr>
              <w:t>E-</w:t>
            </w:r>
            <w:r w:rsidR="008837D5" w:rsidRPr="00193F49">
              <w:rPr>
                <w:rFonts w:ascii="Times New Roman" w:hAnsi="Times New Roman" w:cs="Times New Roman"/>
                <w:b/>
              </w:rPr>
              <w:t>P</w:t>
            </w:r>
            <w:r w:rsidRPr="00193F49">
              <w:rPr>
                <w:rFonts w:ascii="Times New Roman" w:hAnsi="Times New Roman" w:cs="Times New Roman"/>
                <w:b/>
              </w:rPr>
              <w:t>osta Adresi</w:t>
            </w:r>
          </w:p>
        </w:tc>
        <w:tc>
          <w:tcPr>
            <w:tcW w:w="6790" w:type="dxa"/>
            <w:vAlign w:val="center"/>
          </w:tcPr>
          <w:p w14:paraId="21CB6708" w14:textId="77777777" w:rsidR="002D356A" w:rsidRPr="00193F49" w:rsidRDefault="00000000">
            <w:pPr>
              <w:spacing w:after="0"/>
              <w:rPr>
                <w:rFonts w:ascii="Times New Roman" w:hAnsi="Times New Roman" w:cs="Times New Roman"/>
              </w:rPr>
            </w:pPr>
            <w:r w:rsidRPr="00193F49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0F8D581" w14:textId="77777777" w:rsidR="002D356A" w:rsidRPr="008837D5" w:rsidRDefault="00000000">
      <w:pPr>
        <w:spacing w:before="200"/>
        <w:jc w:val="right"/>
        <w:rPr>
          <w:rFonts w:ascii="Times New Roman" w:hAnsi="Times New Roman" w:cs="Times New Roman"/>
          <w:sz w:val="24"/>
          <w:szCs w:val="24"/>
        </w:rPr>
      </w:pPr>
      <w:r w:rsidRPr="008837D5">
        <w:rPr>
          <w:rFonts w:ascii="Times New Roman" w:hAnsi="Times New Roman" w:cs="Times New Roman"/>
          <w:b/>
          <w:sz w:val="24"/>
          <w:szCs w:val="24"/>
        </w:rPr>
        <w:t xml:space="preserve">Tarih: </w:t>
      </w:r>
      <w:r w:rsidRPr="008837D5">
        <w:rPr>
          <w:rFonts w:ascii="Times New Roman" w:hAnsi="Times New Roman" w:cs="Times New Roman"/>
          <w:sz w:val="24"/>
          <w:szCs w:val="24"/>
        </w:rPr>
        <w:t>…… / …… / …………</w:t>
      </w:r>
    </w:p>
    <w:p w14:paraId="352362D2" w14:textId="77777777" w:rsidR="002D356A" w:rsidRPr="008837D5" w:rsidRDefault="00000000" w:rsidP="008837D5">
      <w:pPr>
        <w:spacing w:before="120" w:after="40"/>
        <w:jc w:val="center"/>
        <w:rPr>
          <w:rFonts w:ascii="Times New Roman" w:hAnsi="Times New Roman" w:cs="Times New Roman"/>
          <w:sz w:val="24"/>
          <w:szCs w:val="24"/>
        </w:rPr>
      </w:pPr>
      <w:r w:rsidRPr="008837D5">
        <w:rPr>
          <w:rFonts w:ascii="Times New Roman" w:hAnsi="Times New Roman" w:cs="Times New Roman"/>
          <w:b/>
          <w:sz w:val="24"/>
          <w:szCs w:val="24"/>
        </w:rPr>
        <w:t>Işık Üniversitesi</w:t>
      </w:r>
    </w:p>
    <w:p w14:paraId="2992EB88" w14:textId="094CF767" w:rsidR="002D356A" w:rsidRPr="008837D5" w:rsidRDefault="00000000" w:rsidP="008837D5">
      <w:pPr>
        <w:jc w:val="center"/>
        <w:rPr>
          <w:rFonts w:ascii="Times New Roman" w:hAnsi="Times New Roman" w:cs="Times New Roman"/>
          <w:sz w:val="24"/>
          <w:szCs w:val="24"/>
        </w:rPr>
      </w:pPr>
      <w:r w:rsidRPr="008837D5">
        <w:rPr>
          <w:rFonts w:ascii="Times New Roman" w:hAnsi="Times New Roman" w:cs="Times New Roman"/>
          <w:b/>
          <w:sz w:val="24"/>
          <w:szCs w:val="24"/>
        </w:rPr>
        <w:t>Türkçe Öğretimi Uygulama ve Araştırma Merkezi Müdürlüğüne</w:t>
      </w:r>
      <w:r w:rsidR="008837D5">
        <w:rPr>
          <w:rFonts w:ascii="Times New Roman" w:hAnsi="Times New Roman" w:cs="Times New Roman"/>
          <w:b/>
          <w:sz w:val="24"/>
          <w:szCs w:val="24"/>
        </w:rPr>
        <w:t>;</w:t>
      </w:r>
    </w:p>
    <w:p w14:paraId="046280B3" w14:textId="1EA1AA81" w:rsidR="002D356A" w:rsidRPr="008837D5" w:rsidRDefault="00000000" w:rsidP="008837D5">
      <w:pPr>
        <w:spacing w:after="160"/>
        <w:ind w:firstLine="720"/>
        <w:rPr>
          <w:rFonts w:ascii="Times New Roman" w:hAnsi="Times New Roman" w:cs="Times New Roman"/>
          <w:sz w:val="24"/>
          <w:szCs w:val="24"/>
        </w:rPr>
      </w:pPr>
      <w:r w:rsidRPr="008837D5">
        <w:rPr>
          <w:rFonts w:ascii="Times New Roman" w:hAnsi="Times New Roman" w:cs="Times New Roman"/>
          <w:b/>
          <w:sz w:val="24"/>
          <w:szCs w:val="24"/>
        </w:rPr>
        <w:t xml:space="preserve">Konu: </w:t>
      </w:r>
      <w:r w:rsidRPr="008837D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  <w:r w:rsidR="008837D5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14:paraId="51F000A8" w14:textId="3E281EFD" w:rsidR="002D356A" w:rsidRPr="008837D5" w:rsidRDefault="008837D5" w:rsidP="008837D5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Aşağıda belirtilen</w:t>
      </w:r>
      <w:r w:rsidRPr="008837D5">
        <w:rPr>
          <w:rFonts w:ascii="Times New Roman" w:hAnsi="Times New Roman" w:cs="Times New Roman"/>
          <w:sz w:val="24"/>
          <w:szCs w:val="24"/>
        </w:rPr>
        <w:t xml:space="preserve"> hususla ilgili talebimin değerlendirilmesini arz ederim.</w:t>
      </w:r>
    </w:p>
    <w:p w14:paraId="7F561E9E" w14:textId="77777777" w:rsidR="002D356A" w:rsidRPr="008837D5" w:rsidRDefault="00000000" w:rsidP="008837D5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8837D5">
        <w:rPr>
          <w:rFonts w:ascii="Times New Roman" w:hAnsi="Times New Roman" w:cs="Times New Roman"/>
          <w:b/>
          <w:sz w:val="24"/>
          <w:szCs w:val="24"/>
        </w:rPr>
        <w:t>TALEP / AÇIKLAMA</w:t>
      </w:r>
    </w:p>
    <w:tbl>
      <w:tblPr>
        <w:tblW w:w="0" w:type="auto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9638"/>
      </w:tblGrid>
      <w:tr w:rsidR="002D356A" w:rsidRPr="008837D5" w14:paraId="5C04B461" w14:textId="77777777" w:rsidTr="008837D5">
        <w:trPr>
          <w:trHeight w:val="5826"/>
          <w:jc w:val="center"/>
        </w:trPr>
        <w:tc>
          <w:tcPr>
            <w:tcW w:w="9638" w:type="dxa"/>
          </w:tcPr>
          <w:p w14:paraId="25E1A1B0" w14:textId="77777777" w:rsidR="002D356A" w:rsidRPr="008837D5" w:rsidRDefault="000000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37D5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3B88C61B" w14:textId="2D546FA0" w:rsidR="002D356A" w:rsidRPr="008837D5" w:rsidRDefault="008837D5" w:rsidP="008837D5">
      <w:pPr>
        <w:spacing w:before="200"/>
        <w:ind w:left="43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8837D5">
        <w:rPr>
          <w:rFonts w:ascii="Times New Roman" w:hAnsi="Times New Roman" w:cs="Times New Roman"/>
          <w:b/>
          <w:sz w:val="24"/>
          <w:szCs w:val="24"/>
        </w:rPr>
        <w:t xml:space="preserve">Adı Soyadı: </w:t>
      </w:r>
      <w:r w:rsidRPr="008837D5">
        <w:rPr>
          <w:rFonts w:ascii="Times New Roman" w:hAnsi="Times New Roman" w:cs="Times New Roman"/>
          <w:sz w:val="24"/>
          <w:szCs w:val="24"/>
        </w:rPr>
        <w:t>....................................................</w:t>
      </w:r>
    </w:p>
    <w:p w14:paraId="23958CBD" w14:textId="1B4B0E04" w:rsidR="002D356A" w:rsidRPr="008837D5" w:rsidRDefault="008837D5" w:rsidP="008837D5">
      <w:pPr>
        <w:ind w:left="43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8837D5">
        <w:rPr>
          <w:rFonts w:ascii="Times New Roman" w:hAnsi="Times New Roman" w:cs="Times New Roman"/>
          <w:b/>
          <w:sz w:val="24"/>
          <w:szCs w:val="24"/>
        </w:rPr>
        <w:t xml:space="preserve">İmza: </w:t>
      </w:r>
      <w:r w:rsidRPr="008837D5"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</w:t>
      </w:r>
    </w:p>
    <w:sectPr w:rsidR="002D356A" w:rsidRPr="008837D5" w:rsidSect="008837D5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81032F" w14:textId="77777777" w:rsidR="00297AAA" w:rsidRDefault="00297AAA">
      <w:pPr>
        <w:spacing w:after="0" w:line="240" w:lineRule="auto"/>
      </w:pPr>
      <w:r>
        <w:separator/>
      </w:r>
    </w:p>
  </w:endnote>
  <w:endnote w:type="continuationSeparator" w:id="0">
    <w:p w14:paraId="02E99B83" w14:textId="77777777" w:rsidR="00297AAA" w:rsidRDefault="00297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09F95A" w14:textId="77777777" w:rsidR="002D356A" w:rsidRDefault="00000000">
    <w:pPr>
      <w:pStyle w:val="AltBilgi"/>
      <w:jc w:val="center"/>
    </w:pPr>
    <w:r>
      <w:rPr>
        <w:sz w:val="16"/>
      </w:rPr>
      <w:t>Işık Üniversitesi Türkçe Öğretimi Uygulama ve Araştırma Merkezi (TÖMER)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D4FC85" w14:textId="77777777" w:rsidR="00297AAA" w:rsidRDefault="00297AAA">
      <w:pPr>
        <w:spacing w:after="0" w:line="240" w:lineRule="auto"/>
      </w:pPr>
      <w:r>
        <w:separator/>
      </w:r>
    </w:p>
  </w:footnote>
  <w:footnote w:type="continuationSeparator" w:id="0">
    <w:p w14:paraId="495366D3" w14:textId="77777777" w:rsidR="00297AAA" w:rsidRDefault="00297A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94184">
    <w:abstractNumId w:val="8"/>
  </w:num>
  <w:num w:numId="2" w16cid:durableId="1601378006">
    <w:abstractNumId w:val="6"/>
  </w:num>
  <w:num w:numId="3" w16cid:durableId="456334648">
    <w:abstractNumId w:val="5"/>
  </w:num>
  <w:num w:numId="4" w16cid:durableId="182937622">
    <w:abstractNumId w:val="4"/>
  </w:num>
  <w:num w:numId="5" w16cid:durableId="1739326001">
    <w:abstractNumId w:val="7"/>
  </w:num>
  <w:num w:numId="6" w16cid:durableId="216818335">
    <w:abstractNumId w:val="3"/>
  </w:num>
  <w:num w:numId="7" w16cid:durableId="464588077">
    <w:abstractNumId w:val="2"/>
  </w:num>
  <w:num w:numId="8" w16cid:durableId="1172843418">
    <w:abstractNumId w:val="1"/>
  </w:num>
  <w:num w:numId="9" w16cid:durableId="57431629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3F49"/>
    <w:rsid w:val="00267B96"/>
    <w:rsid w:val="0029639D"/>
    <w:rsid w:val="00297AAA"/>
    <w:rsid w:val="002D356A"/>
    <w:rsid w:val="00326F90"/>
    <w:rsid w:val="008837D5"/>
    <w:rsid w:val="008C5757"/>
    <w:rsid w:val="00AA1D8D"/>
    <w:rsid w:val="00B47730"/>
    <w:rsid w:val="00C66F0B"/>
    <w:rsid w:val="00CB0664"/>
    <w:rsid w:val="00FC265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026BF1"/>
  <w14:defaultImageDpi w14:val="300"/>
  <w15:docId w15:val="{92F4C078-CFC6-5C40-A735-20A81C6D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Aysu Esra KURBAN</cp:lastModifiedBy>
  <cp:revision>3</cp:revision>
  <dcterms:created xsi:type="dcterms:W3CDTF">2026-09-19T18:05:00Z</dcterms:created>
  <dcterms:modified xsi:type="dcterms:W3CDTF">2026-09-20T06:15:00Z</dcterms:modified>
  <cp:category/>
</cp:coreProperties>
</file>